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BB398" w14:textId="18126EA0" w:rsidR="00752989" w:rsidRPr="00752989" w:rsidRDefault="00752989" w:rsidP="00752989">
      <w:pPr>
        <w:suppressAutoHyphens/>
        <w:spacing w:after="0" w:line="240" w:lineRule="auto"/>
        <w:jc w:val="center"/>
        <w:rPr>
          <w:rFonts w:ascii="Monotype Corsiva" w:eastAsia="HelveticaNeue" w:hAnsi="Monotype Corsiva" w:cs="HelveticaNeue"/>
          <w:color w:val="EE0000"/>
          <w:kern w:val="2"/>
          <w:sz w:val="48"/>
          <w:szCs w:val="48"/>
          <w:lang w:val="it-IT" w:eastAsia="zh-CN" w:bidi="hi-IN"/>
        </w:rPr>
      </w:pPr>
      <w:r w:rsidRPr="00752989">
        <w:rPr>
          <w:rFonts w:ascii="Monotype Corsiva" w:eastAsia="HelveticaNeue" w:hAnsi="Monotype Corsiva" w:cs="HelveticaNeue"/>
          <w:color w:val="EE0000"/>
          <w:kern w:val="2"/>
          <w:sz w:val="48"/>
          <w:szCs w:val="48"/>
          <w:lang w:val="it-IT" w:eastAsia="zh-CN" w:bidi="hi-IN"/>
        </w:rPr>
        <w:t>Zona VII del Fiume Oglio - di San Fedele</w:t>
      </w:r>
    </w:p>
    <w:p w14:paraId="3CB191FD" w14:textId="262BA593" w:rsidR="007759F3" w:rsidRPr="00752989" w:rsidRDefault="00237F94">
      <w:pPr>
        <w:spacing w:after="0"/>
        <w:jc w:val="center"/>
        <w:rPr>
          <w:lang w:val="it-IT"/>
        </w:rPr>
      </w:pPr>
      <w:r w:rsidRPr="00752989">
        <w:rPr>
          <w:rFonts w:ascii="Times New Roman" w:eastAsia="Times New Roman" w:hAnsi="Times New Roman"/>
          <w:b/>
          <w:color w:val="1F4E8C"/>
          <w:sz w:val="28"/>
          <w:lang w:val="it-IT"/>
        </w:rPr>
        <w:t>Parrocchia S. Maria Assunta</w:t>
      </w:r>
    </w:p>
    <w:p w14:paraId="750F9B64" w14:textId="096FEEDF" w:rsidR="007759F3" w:rsidRPr="00752989" w:rsidRDefault="00237F94">
      <w:pPr>
        <w:spacing w:after="0"/>
        <w:jc w:val="center"/>
        <w:rPr>
          <w:lang w:val="it-IT"/>
        </w:rPr>
      </w:pPr>
      <w:r w:rsidRPr="00752989">
        <w:rPr>
          <w:rFonts w:ascii="Times New Roman" w:eastAsia="Times New Roman" w:hAnsi="Times New Roman"/>
          <w:color w:val="1F4E8C"/>
          <w:sz w:val="20"/>
          <w:lang w:val="it-IT"/>
        </w:rPr>
        <w:t>Piazzetta Manenti n. 5</w:t>
      </w:r>
      <w:r w:rsidR="00752989" w:rsidRPr="00752989">
        <w:rPr>
          <w:rFonts w:ascii="Times New Roman" w:eastAsia="Times New Roman" w:hAnsi="Times New Roman"/>
          <w:color w:val="1F4E8C"/>
          <w:sz w:val="20"/>
          <w:lang w:val="it-IT"/>
        </w:rPr>
        <w:t xml:space="preserve"> </w:t>
      </w:r>
      <w:r w:rsidR="00752989">
        <w:rPr>
          <w:rFonts w:ascii="Times New Roman" w:eastAsia="Times New Roman" w:hAnsi="Times New Roman"/>
          <w:color w:val="1F4E8C"/>
          <w:sz w:val="20"/>
          <w:lang w:val="it-IT"/>
        </w:rPr>
        <w:t xml:space="preserve">- </w:t>
      </w:r>
      <w:r w:rsidRPr="00752989">
        <w:rPr>
          <w:rFonts w:ascii="Times New Roman" w:eastAsia="Times New Roman" w:hAnsi="Times New Roman"/>
          <w:color w:val="1F4E8C"/>
          <w:sz w:val="20"/>
          <w:lang w:val="it-IT"/>
        </w:rPr>
        <w:t>25037 PONTOGLIO – BS</w:t>
      </w:r>
    </w:p>
    <w:p w14:paraId="72C94B74" w14:textId="77777777" w:rsidR="007759F3" w:rsidRPr="00752989" w:rsidRDefault="00237F94">
      <w:pPr>
        <w:spacing w:before="20" w:after="20"/>
        <w:jc w:val="center"/>
        <w:rPr>
          <w:b/>
          <w:color w:val="1F4E8C"/>
          <w:sz w:val="30"/>
          <w:lang w:val="it-IT"/>
        </w:rPr>
      </w:pPr>
      <w:r w:rsidRPr="00752989">
        <w:rPr>
          <w:b/>
          <w:color w:val="1F4E8C"/>
          <w:sz w:val="30"/>
          <w:lang w:val="it-IT"/>
        </w:rPr>
        <w:t>ISCRIZIONE AL CORSO DI PREPARAZIONE</w:t>
      </w:r>
      <w:r w:rsidR="009E54DA" w:rsidRPr="00752989">
        <w:rPr>
          <w:b/>
          <w:color w:val="1F4E8C"/>
          <w:sz w:val="30"/>
          <w:lang w:val="it-IT"/>
        </w:rPr>
        <w:t xml:space="preserve"> </w:t>
      </w:r>
      <w:r w:rsidRPr="00752989">
        <w:rPr>
          <w:b/>
          <w:color w:val="1F4E8C"/>
          <w:sz w:val="30"/>
          <w:lang w:val="it-IT"/>
        </w:rPr>
        <w:t>AL SACRAMENTO DEL MATRIMONIO</w:t>
      </w:r>
    </w:p>
    <w:p w14:paraId="2F60A949" w14:textId="77777777" w:rsidR="009E54DA" w:rsidRPr="00752989" w:rsidRDefault="009E54DA">
      <w:pPr>
        <w:spacing w:before="20" w:after="20"/>
        <w:jc w:val="center"/>
        <w:rPr>
          <w:lang w:val="it-IT"/>
        </w:rPr>
      </w:pPr>
      <w:r w:rsidRPr="00752989">
        <w:rPr>
          <w:b/>
          <w:lang w:val="it-IT"/>
        </w:rPr>
        <w:t>(da inviare all’indirizzo email del Parroco di Pontoglio: GIOVANNICOMINARDI@YAHOO.IT)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71"/>
        <w:gridCol w:w="5471"/>
      </w:tblGrid>
      <w:tr w:rsidR="007759F3" w14:paraId="3AA1117D" w14:textId="77777777">
        <w:trPr>
          <w:jc w:val="center"/>
        </w:trPr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7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471"/>
            </w:tblGrid>
            <w:tr w:rsidR="007759F3" w14:paraId="2884C1B4" w14:textId="77777777" w:rsidTr="008819F8">
              <w:trPr>
                <w:trHeight w:val="408"/>
                <w:jc w:val="center"/>
              </w:trPr>
              <w:tc>
                <w:tcPr>
                  <w:tcW w:w="5471" w:type="dxa"/>
                  <w:tcBorders>
                    <w:top w:val="single" w:sz="8" w:space="0" w:color="1F4E8C"/>
                    <w:left w:val="single" w:sz="8" w:space="0" w:color="1F4E8C"/>
                    <w:bottom w:val="single" w:sz="8" w:space="0" w:color="1F4E8C"/>
                    <w:right w:val="single" w:sz="8" w:space="0" w:color="1F4E8C"/>
                  </w:tcBorders>
                  <w:shd w:val="clear" w:color="auto" w:fill="DCE9F7"/>
                  <w:vAlign w:val="center"/>
                </w:tcPr>
                <w:p w14:paraId="2A4B3102" w14:textId="77777777" w:rsidR="007759F3" w:rsidRPr="00752989" w:rsidRDefault="007759F3">
                  <w:pPr>
                    <w:rPr>
                      <w:lang w:val="it-IT"/>
                    </w:rPr>
                  </w:pPr>
                </w:p>
                <w:p w14:paraId="21A3EB40" w14:textId="77777777" w:rsidR="007759F3" w:rsidRDefault="00237F94">
                  <w:pPr>
                    <w:spacing w:after="0"/>
                  </w:pPr>
                  <w:r>
                    <w:rPr>
                      <w:b/>
                      <w:color w:val="1F4E8C"/>
                      <w:sz w:val="21"/>
                    </w:rPr>
                    <w:t>1. FIDANZATO</w:t>
                  </w:r>
                </w:p>
              </w:tc>
            </w:tr>
            <w:tr w:rsidR="007759F3" w14:paraId="01101D1F" w14:textId="77777777" w:rsidTr="008819F8">
              <w:trPr>
                <w:trHeight w:val="431"/>
                <w:jc w:val="center"/>
              </w:trPr>
              <w:tc>
                <w:tcPr>
                  <w:tcW w:w="5471" w:type="dxa"/>
                  <w:tcBorders>
                    <w:top w:val="single" w:sz="8" w:space="0" w:color="1F4E8C"/>
                    <w:left w:val="single" w:sz="8" w:space="0" w:color="1F4E8C"/>
                    <w:bottom w:val="single" w:sz="8" w:space="0" w:color="1F4E8C"/>
                    <w:right w:val="single" w:sz="8" w:space="0" w:color="1F4E8C"/>
                  </w:tcBorders>
                  <w:vAlign w:val="center"/>
                </w:tcPr>
                <w:p w14:paraId="0807ECDD" w14:textId="77777777" w:rsidR="007759F3" w:rsidRDefault="007759F3"/>
                <w:p w14:paraId="33167EED" w14:textId="77777777" w:rsidR="007759F3" w:rsidRDefault="00237F94">
                  <w:pPr>
                    <w:spacing w:after="0"/>
                  </w:pPr>
                  <w:proofErr w:type="spellStart"/>
                  <w:r>
                    <w:rPr>
                      <w:sz w:val="18"/>
                    </w:rPr>
                    <w:t>Cognome</w:t>
                  </w:r>
                  <w:proofErr w:type="spellEnd"/>
                  <w:r>
                    <w:rPr>
                      <w:sz w:val="18"/>
                    </w:rPr>
                    <w:t xml:space="preserve"> _______________________   Nome ____________________</w:t>
                  </w:r>
                </w:p>
              </w:tc>
            </w:tr>
            <w:tr w:rsidR="007759F3" w14:paraId="2A40F84D" w14:textId="77777777" w:rsidTr="008819F8">
              <w:trPr>
                <w:trHeight w:val="431"/>
                <w:jc w:val="center"/>
              </w:trPr>
              <w:tc>
                <w:tcPr>
                  <w:tcW w:w="5471" w:type="dxa"/>
                  <w:tcBorders>
                    <w:top w:val="single" w:sz="8" w:space="0" w:color="1F4E8C"/>
                    <w:left w:val="single" w:sz="8" w:space="0" w:color="1F4E8C"/>
                    <w:bottom w:val="single" w:sz="8" w:space="0" w:color="1F4E8C"/>
                    <w:right w:val="single" w:sz="8" w:space="0" w:color="1F4E8C"/>
                  </w:tcBorders>
                  <w:vAlign w:val="center"/>
                </w:tcPr>
                <w:p w14:paraId="6239EBA0" w14:textId="77777777" w:rsidR="007759F3" w:rsidRDefault="007759F3"/>
                <w:p w14:paraId="63115043" w14:textId="77777777" w:rsidR="007759F3" w:rsidRDefault="00237F94">
                  <w:pPr>
                    <w:spacing w:after="0"/>
                  </w:pPr>
                  <w:r>
                    <w:rPr>
                      <w:sz w:val="18"/>
                    </w:rPr>
                    <w:t>Nato il ____ / ____ / ______   a _______________________________</w:t>
                  </w:r>
                </w:p>
              </w:tc>
            </w:tr>
            <w:tr w:rsidR="007759F3" w14:paraId="07852BA8" w14:textId="77777777" w:rsidTr="008819F8">
              <w:trPr>
                <w:trHeight w:val="431"/>
                <w:jc w:val="center"/>
              </w:trPr>
              <w:tc>
                <w:tcPr>
                  <w:tcW w:w="5471" w:type="dxa"/>
                  <w:tcBorders>
                    <w:top w:val="single" w:sz="8" w:space="0" w:color="1F4E8C"/>
                    <w:left w:val="single" w:sz="8" w:space="0" w:color="1F4E8C"/>
                    <w:bottom w:val="single" w:sz="8" w:space="0" w:color="1F4E8C"/>
                    <w:right w:val="single" w:sz="8" w:space="0" w:color="1F4E8C"/>
                  </w:tcBorders>
                  <w:vAlign w:val="center"/>
                </w:tcPr>
                <w:p w14:paraId="19827346" w14:textId="77777777" w:rsidR="007759F3" w:rsidRDefault="007759F3"/>
                <w:p w14:paraId="3C8CFAFA" w14:textId="77777777" w:rsidR="007759F3" w:rsidRDefault="00237F94">
                  <w:pPr>
                    <w:spacing w:after="0"/>
                  </w:pPr>
                  <w:r>
                    <w:rPr>
                      <w:sz w:val="18"/>
                    </w:rPr>
                    <w:t>Residente a ___________________________________________________</w:t>
                  </w:r>
                </w:p>
              </w:tc>
            </w:tr>
            <w:tr w:rsidR="007759F3" w14:paraId="07EB893D" w14:textId="77777777" w:rsidTr="008819F8">
              <w:trPr>
                <w:trHeight w:val="431"/>
                <w:jc w:val="center"/>
              </w:trPr>
              <w:tc>
                <w:tcPr>
                  <w:tcW w:w="5471" w:type="dxa"/>
                  <w:tcBorders>
                    <w:top w:val="single" w:sz="8" w:space="0" w:color="1F4E8C"/>
                    <w:left w:val="single" w:sz="8" w:space="0" w:color="1F4E8C"/>
                    <w:bottom w:val="single" w:sz="8" w:space="0" w:color="1F4E8C"/>
                    <w:right w:val="single" w:sz="8" w:space="0" w:color="1F4E8C"/>
                  </w:tcBorders>
                  <w:vAlign w:val="center"/>
                </w:tcPr>
                <w:p w14:paraId="1AE86F8D" w14:textId="77777777" w:rsidR="007759F3" w:rsidRDefault="007759F3"/>
                <w:p w14:paraId="620C2B71" w14:textId="77777777" w:rsidR="007759F3" w:rsidRDefault="00237F94">
                  <w:pPr>
                    <w:spacing w:after="0"/>
                  </w:pPr>
                  <w:r>
                    <w:rPr>
                      <w:sz w:val="18"/>
                    </w:rPr>
                    <w:t>Via _____________________________________________   n. _______</w:t>
                  </w:r>
                </w:p>
              </w:tc>
            </w:tr>
            <w:tr w:rsidR="007759F3" w14:paraId="7383CD6E" w14:textId="77777777" w:rsidTr="008819F8">
              <w:trPr>
                <w:trHeight w:val="431"/>
                <w:jc w:val="center"/>
              </w:trPr>
              <w:tc>
                <w:tcPr>
                  <w:tcW w:w="5471" w:type="dxa"/>
                  <w:tcBorders>
                    <w:top w:val="single" w:sz="8" w:space="0" w:color="1F4E8C"/>
                    <w:left w:val="single" w:sz="8" w:space="0" w:color="1F4E8C"/>
                    <w:bottom w:val="single" w:sz="8" w:space="0" w:color="1F4E8C"/>
                    <w:right w:val="single" w:sz="8" w:space="0" w:color="1F4E8C"/>
                  </w:tcBorders>
                  <w:vAlign w:val="center"/>
                </w:tcPr>
                <w:p w14:paraId="71FC8DF2" w14:textId="77777777" w:rsidR="007759F3" w:rsidRDefault="007759F3"/>
                <w:p w14:paraId="00DE843D" w14:textId="77777777" w:rsidR="007759F3" w:rsidRDefault="00237F94">
                  <w:pPr>
                    <w:spacing w:after="0"/>
                  </w:pPr>
                  <w:r>
                    <w:rPr>
                      <w:sz w:val="18"/>
                    </w:rPr>
                    <w:t>Nella Parrocchia di ____________________________________________</w:t>
                  </w:r>
                </w:p>
              </w:tc>
            </w:tr>
            <w:tr w:rsidR="007759F3" w14:paraId="5B12BEBC" w14:textId="77777777" w:rsidTr="008819F8">
              <w:trPr>
                <w:trHeight w:val="431"/>
                <w:jc w:val="center"/>
              </w:trPr>
              <w:tc>
                <w:tcPr>
                  <w:tcW w:w="5471" w:type="dxa"/>
                  <w:tcBorders>
                    <w:top w:val="single" w:sz="8" w:space="0" w:color="1F4E8C"/>
                    <w:left w:val="single" w:sz="8" w:space="0" w:color="1F4E8C"/>
                    <w:bottom w:val="single" w:sz="8" w:space="0" w:color="1F4E8C"/>
                    <w:right w:val="single" w:sz="8" w:space="0" w:color="1F4E8C"/>
                  </w:tcBorders>
                  <w:vAlign w:val="center"/>
                </w:tcPr>
                <w:p w14:paraId="226CFAC9" w14:textId="77777777" w:rsidR="007759F3" w:rsidRDefault="007759F3"/>
                <w:p w14:paraId="49DDBFC5" w14:textId="77777777" w:rsidR="007759F3" w:rsidRDefault="00237F94">
                  <w:pPr>
                    <w:spacing w:after="0"/>
                  </w:pPr>
                  <w:r>
                    <w:rPr>
                      <w:sz w:val="18"/>
                    </w:rPr>
                    <w:t>Tel. ________________________   E-mail ________________________</w:t>
                  </w:r>
                </w:p>
              </w:tc>
            </w:tr>
            <w:tr w:rsidR="007759F3" w14:paraId="3F88EDB2" w14:textId="77777777" w:rsidTr="008819F8">
              <w:trPr>
                <w:trHeight w:val="431"/>
                <w:jc w:val="center"/>
              </w:trPr>
              <w:tc>
                <w:tcPr>
                  <w:tcW w:w="5471" w:type="dxa"/>
                  <w:tcBorders>
                    <w:top w:val="single" w:sz="8" w:space="0" w:color="1F4E8C"/>
                    <w:left w:val="single" w:sz="8" w:space="0" w:color="1F4E8C"/>
                    <w:bottom w:val="single" w:sz="8" w:space="0" w:color="1F4E8C"/>
                    <w:right w:val="single" w:sz="8" w:space="0" w:color="1F4E8C"/>
                  </w:tcBorders>
                  <w:vAlign w:val="center"/>
                </w:tcPr>
                <w:p w14:paraId="792C07C9" w14:textId="77777777" w:rsidR="007759F3" w:rsidRDefault="007759F3"/>
                <w:p w14:paraId="2933B3E4" w14:textId="77777777" w:rsidR="007759F3" w:rsidRDefault="00237F94">
                  <w:pPr>
                    <w:spacing w:after="0"/>
                  </w:pPr>
                  <w:r>
                    <w:rPr>
                      <w:sz w:val="18"/>
                    </w:rPr>
                    <w:t>Professione ___________________________________________________</w:t>
                  </w:r>
                </w:p>
              </w:tc>
            </w:tr>
          </w:tbl>
          <w:p w14:paraId="0313A487" w14:textId="77777777" w:rsidR="007759F3" w:rsidRDefault="007759F3"/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7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471"/>
            </w:tblGrid>
            <w:tr w:rsidR="007759F3" w14:paraId="1A7835B6" w14:textId="77777777" w:rsidTr="008819F8">
              <w:trPr>
                <w:trHeight w:val="408"/>
                <w:jc w:val="center"/>
              </w:trPr>
              <w:tc>
                <w:tcPr>
                  <w:tcW w:w="5471" w:type="dxa"/>
                  <w:tcBorders>
                    <w:top w:val="single" w:sz="8" w:space="0" w:color="1F4E8C"/>
                    <w:left w:val="single" w:sz="8" w:space="0" w:color="1F4E8C"/>
                    <w:bottom w:val="single" w:sz="8" w:space="0" w:color="1F4E8C"/>
                    <w:right w:val="single" w:sz="8" w:space="0" w:color="1F4E8C"/>
                  </w:tcBorders>
                  <w:shd w:val="clear" w:color="auto" w:fill="DCE9F7"/>
                  <w:vAlign w:val="center"/>
                </w:tcPr>
                <w:p w14:paraId="239B80DF" w14:textId="77777777" w:rsidR="007759F3" w:rsidRDefault="007759F3"/>
                <w:p w14:paraId="1FABBCD7" w14:textId="77777777" w:rsidR="007759F3" w:rsidRDefault="00237F94">
                  <w:pPr>
                    <w:spacing w:after="0"/>
                  </w:pPr>
                  <w:r>
                    <w:rPr>
                      <w:b/>
                      <w:color w:val="1F4E8C"/>
                      <w:sz w:val="21"/>
                    </w:rPr>
                    <w:t>2. FIDANZATA</w:t>
                  </w:r>
                </w:p>
              </w:tc>
            </w:tr>
            <w:tr w:rsidR="007759F3" w14:paraId="3F4DE471" w14:textId="77777777" w:rsidTr="008819F8">
              <w:trPr>
                <w:trHeight w:val="431"/>
                <w:jc w:val="center"/>
              </w:trPr>
              <w:tc>
                <w:tcPr>
                  <w:tcW w:w="5471" w:type="dxa"/>
                  <w:tcBorders>
                    <w:top w:val="single" w:sz="8" w:space="0" w:color="1F4E8C"/>
                    <w:left w:val="single" w:sz="8" w:space="0" w:color="1F4E8C"/>
                    <w:bottom w:val="single" w:sz="8" w:space="0" w:color="1F4E8C"/>
                    <w:right w:val="single" w:sz="8" w:space="0" w:color="1F4E8C"/>
                  </w:tcBorders>
                  <w:vAlign w:val="center"/>
                </w:tcPr>
                <w:p w14:paraId="10B14409" w14:textId="77777777" w:rsidR="007759F3" w:rsidRDefault="007759F3"/>
                <w:p w14:paraId="7B8BDA98" w14:textId="77777777" w:rsidR="007759F3" w:rsidRDefault="00237F94">
                  <w:pPr>
                    <w:spacing w:after="0"/>
                  </w:pPr>
                  <w:proofErr w:type="spellStart"/>
                  <w:r>
                    <w:rPr>
                      <w:sz w:val="18"/>
                    </w:rPr>
                    <w:t>Cognome</w:t>
                  </w:r>
                  <w:proofErr w:type="spellEnd"/>
                  <w:r>
                    <w:rPr>
                      <w:sz w:val="18"/>
                    </w:rPr>
                    <w:t xml:space="preserve"> _______________________   Nome ____________________</w:t>
                  </w:r>
                </w:p>
              </w:tc>
            </w:tr>
            <w:tr w:rsidR="007759F3" w14:paraId="74622BD3" w14:textId="77777777" w:rsidTr="008819F8">
              <w:trPr>
                <w:trHeight w:val="431"/>
                <w:jc w:val="center"/>
              </w:trPr>
              <w:tc>
                <w:tcPr>
                  <w:tcW w:w="5471" w:type="dxa"/>
                  <w:tcBorders>
                    <w:top w:val="single" w:sz="8" w:space="0" w:color="1F4E8C"/>
                    <w:left w:val="single" w:sz="8" w:space="0" w:color="1F4E8C"/>
                    <w:bottom w:val="single" w:sz="8" w:space="0" w:color="1F4E8C"/>
                    <w:right w:val="single" w:sz="8" w:space="0" w:color="1F4E8C"/>
                  </w:tcBorders>
                  <w:vAlign w:val="center"/>
                </w:tcPr>
                <w:p w14:paraId="2A419A32" w14:textId="77777777" w:rsidR="007759F3" w:rsidRDefault="007759F3"/>
                <w:p w14:paraId="31C52D28" w14:textId="77777777" w:rsidR="007759F3" w:rsidRDefault="00237F94">
                  <w:pPr>
                    <w:spacing w:after="0"/>
                  </w:pPr>
                  <w:r>
                    <w:rPr>
                      <w:sz w:val="18"/>
                    </w:rPr>
                    <w:t>Nata il ____ / ____ / ______   a _______________________________</w:t>
                  </w:r>
                </w:p>
              </w:tc>
            </w:tr>
            <w:tr w:rsidR="007759F3" w14:paraId="03E83B88" w14:textId="77777777" w:rsidTr="008819F8">
              <w:trPr>
                <w:trHeight w:val="431"/>
                <w:jc w:val="center"/>
              </w:trPr>
              <w:tc>
                <w:tcPr>
                  <w:tcW w:w="5471" w:type="dxa"/>
                  <w:tcBorders>
                    <w:top w:val="single" w:sz="8" w:space="0" w:color="1F4E8C"/>
                    <w:left w:val="single" w:sz="8" w:space="0" w:color="1F4E8C"/>
                    <w:bottom w:val="single" w:sz="8" w:space="0" w:color="1F4E8C"/>
                    <w:right w:val="single" w:sz="8" w:space="0" w:color="1F4E8C"/>
                  </w:tcBorders>
                  <w:vAlign w:val="center"/>
                </w:tcPr>
                <w:p w14:paraId="753824C0" w14:textId="77777777" w:rsidR="007759F3" w:rsidRDefault="007759F3"/>
                <w:p w14:paraId="05E6D78F" w14:textId="77777777" w:rsidR="007759F3" w:rsidRDefault="00237F94">
                  <w:pPr>
                    <w:spacing w:after="0"/>
                  </w:pPr>
                  <w:r>
                    <w:rPr>
                      <w:sz w:val="18"/>
                    </w:rPr>
                    <w:t>Residente a ___________________________________________________</w:t>
                  </w:r>
                </w:p>
              </w:tc>
            </w:tr>
            <w:tr w:rsidR="007759F3" w14:paraId="1B2ECF60" w14:textId="77777777" w:rsidTr="008819F8">
              <w:trPr>
                <w:trHeight w:val="431"/>
                <w:jc w:val="center"/>
              </w:trPr>
              <w:tc>
                <w:tcPr>
                  <w:tcW w:w="5471" w:type="dxa"/>
                  <w:tcBorders>
                    <w:top w:val="single" w:sz="8" w:space="0" w:color="1F4E8C"/>
                    <w:left w:val="single" w:sz="8" w:space="0" w:color="1F4E8C"/>
                    <w:bottom w:val="single" w:sz="8" w:space="0" w:color="1F4E8C"/>
                    <w:right w:val="single" w:sz="8" w:space="0" w:color="1F4E8C"/>
                  </w:tcBorders>
                  <w:vAlign w:val="center"/>
                </w:tcPr>
                <w:p w14:paraId="7F4074D1" w14:textId="77777777" w:rsidR="007759F3" w:rsidRDefault="007759F3"/>
                <w:p w14:paraId="66CE80C4" w14:textId="77777777" w:rsidR="007759F3" w:rsidRDefault="00237F94">
                  <w:pPr>
                    <w:spacing w:after="0"/>
                  </w:pPr>
                  <w:r>
                    <w:rPr>
                      <w:sz w:val="18"/>
                    </w:rPr>
                    <w:t>Via _____________________________________________   n. _______</w:t>
                  </w:r>
                </w:p>
              </w:tc>
            </w:tr>
            <w:tr w:rsidR="007759F3" w14:paraId="3D8DCD51" w14:textId="77777777" w:rsidTr="008819F8">
              <w:trPr>
                <w:trHeight w:val="431"/>
                <w:jc w:val="center"/>
              </w:trPr>
              <w:tc>
                <w:tcPr>
                  <w:tcW w:w="5471" w:type="dxa"/>
                  <w:tcBorders>
                    <w:top w:val="single" w:sz="8" w:space="0" w:color="1F4E8C"/>
                    <w:left w:val="single" w:sz="8" w:space="0" w:color="1F4E8C"/>
                    <w:bottom w:val="single" w:sz="8" w:space="0" w:color="1F4E8C"/>
                    <w:right w:val="single" w:sz="8" w:space="0" w:color="1F4E8C"/>
                  </w:tcBorders>
                  <w:vAlign w:val="center"/>
                </w:tcPr>
                <w:p w14:paraId="6DD64620" w14:textId="77777777" w:rsidR="007759F3" w:rsidRDefault="007759F3"/>
                <w:p w14:paraId="504D38ED" w14:textId="77777777" w:rsidR="007759F3" w:rsidRDefault="00237F94">
                  <w:pPr>
                    <w:spacing w:after="0"/>
                  </w:pPr>
                  <w:r>
                    <w:rPr>
                      <w:sz w:val="18"/>
                    </w:rPr>
                    <w:t>Nella Parrocchia di ____________________________________________</w:t>
                  </w:r>
                </w:p>
              </w:tc>
            </w:tr>
            <w:tr w:rsidR="007759F3" w14:paraId="79E7088C" w14:textId="77777777" w:rsidTr="008819F8">
              <w:trPr>
                <w:trHeight w:val="431"/>
                <w:jc w:val="center"/>
              </w:trPr>
              <w:tc>
                <w:tcPr>
                  <w:tcW w:w="5471" w:type="dxa"/>
                  <w:tcBorders>
                    <w:top w:val="single" w:sz="8" w:space="0" w:color="1F4E8C"/>
                    <w:left w:val="single" w:sz="8" w:space="0" w:color="1F4E8C"/>
                    <w:bottom w:val="single" w:sz="8" w:space="0" w:color="1F4E8C"/>
                    <w:right w:val="single" w:sz="8" w:space="0" w:color="1F4E8C"/>
                  </w:tcBorders>
                  <w:vAlign w:val="center"/>
                </w:tcPr>
                <w:p w14:paraId="040A6183" w14:textId="77777777" w:rsidR="007759F3" w:rsidRDefault="007759F3"/>
                <w:p w14:paraId="1D4BA433" w14:textId="77777777" w:rsidR="007759F3" w:rsidRDefault="00237F94">
                  <w:pPr>
                    <w:spacing w:after="0"/>
                  </w:pPr>
                  <w:r>
                    <w:rPr>
                      <w:sz w:val="18"/>
                    </w:rPr>
                    <w:t>Tel. ________________________   E-mail ________________________</w:t>
                  </w:r>
                </w:p>
              </w:tc>
            </w:tr>
            <w:tr w:rsidR="007759F3" w14:paraId="1979DCBF" w14:textId="77777777" w:rsidTr="008819F8">
              <w:trPr>
                <w:trHeight w:val="431"/>
                <w:jc w:val="center"/>
              </w:trPr>
              <w:tc>
                <w:tcPr>
                  <w:tcW w:w="5471" w:type="dxa"/>
                  <w:tcBorders>
                    <w:top w:val="single" w:sz="8" w:space="0" w:color="1F4E8C"/>
                    <w:left w:val="single" w:sz="8" w:space="0" w:color="1F4E8C"/>
                    <w:bottom w:val="single" w:sz="8" w:space="0" w:color="1F4E8C"/>
                    <w:right w:val="single" w:sz="8" w:space="0" w:color="1F4E8C"/>
                  </w:tcBorders>
                  <w:vAlign w:val="center"/>
                </w:tcPr>
                <w:p w14:paraId="2F3FE2C3" w14:textId="77777777" w:rsidR="007759F3" w:rsidRDefault="007759F3"/>
                <w:p w14:paraId="40EB2F14" w14:textId="77777777" w:rsidR="007759F3" w:rsidRDefault="00237F94">
                  <w:pPr>
                    <w:spacing w:after="0"/>
                  </w:pPr>
                  <w:r>
                    <w:rPr>
                      <w:sz w:val="18"/>
                    </w:rPr>
                    <w:t>Professione ___________________________________________________</w:t>
                  </w:r>
                </w:p>
              </w:tc>
            </w:tr>
          </w:tbl>
          <w:p w14:paraId="731653FD" w14:textId="77777777" w:rsidR="007759F3" w:rsidRDefault="007759F3"/>
        </w:tc>
      </w:tr>
      <w:tr w:rsidR="007759F3" w14:paraId="5815CA2E" w14:textId="77777777">
        <w:trPr>
          <w:trHeight w:val="397"/>
          <w:jc w:val="center"/>
        </w:trPr>
        <w:tc>
          <w:tcPr>
            <w:tcW w:w="10942" w:type="dxa"/>
            <w:gridSpan w:val="2"/>
            <w:tcBorders>
              <w:top w:val="single" w:sz="8" w:space="0" w:color="1F4E8C"/>
              <w:left w:val="single" w:sz="8" w:space="0" w:color="1F4E8C"/>
              <w:bottom w:val="single" w:sz="8" w:space="0" w:color="1F4E8C"/>
              <w:right w:val="single" w:sz="8" w:space="0" w:color="1F4E8C"/>
            </w:tcBorders>
          </w:tcPr>
          <w:p w14:paraId="5028B68F" w14:textId="77777777" w:rsidR="007759F3" w:rsidRDefault="007759F3"/>
          <w:p w14:paraId="44F07719" w14:textId="77777777" w:rsidR="007759F3" w:rsidRDefault="00237F94">
            <w:pPr>
              <w:spacing w:after="0"/>
            </w:pPr>
            <w:r>
              <w:rPr>
                <w:sz w:val="18"/>
              </w:rPr>
              <w:t xml:space="preserve">Siamo fidanzati dall’anno </w:t>
            </w:r>
          </w:p>
        </w:tc>
      </w:tr>
      <w:tr w:rsidR="007759F3" w:rsidRPr="00752989" w14:paraId="2AEE04DA" w14:textId="77777777">
        <w:trPr>
          <w:trHeight w:val="397"/>
          <w:jc w:val="center"/>
        </w:trPr>
        <w:tc>
          <w:tcPr>
            <w:tcW w:w="10942" w:type="dxa"/>
            <w:gridSpan w:val="2"/>
            <w:tcBorders>
              <w:top w:val="single" w:sz="8" w:space="0" w:color="1F4E8C"/>
              <w:left w:val="single" w:sz="8" w:space="0" w:color="1F4E8C"/>
              <w:bottom w:val="single" w:sz="8" w:space="0" w:color="1F4E8C"/>
              <w:right w:val="single" w:sz="8" w:space="0" w:color="1F4E8C"/>
            </w:tcBorders>
          </w:tcPr>
          <w:p w14:paraId="56FA2738" w14:textId="77777777" w:rsidR="007759F3" w:rsidRPr="00752989" w:rsidRDefault="007759F3">
            <w:pPr>
              <w:rPr>
                <w:lang w:val="it-IT"/>
              </w:rPr>
            </w:pPr>
          </w:p>
          <w:p w14:paraId="55BF6762" w14:textId="77777777" w:rsidR="007759F3" w:rsidRPr="00752989" w:rsidRDefault="00237F94">
            <w:pPr>
              <w:spacing w:after="0"/>
              <w:rPr>
                <w:lang w:val="it-IT"/>
              </w:rPr>
            </w:pPr>
            <w:r w:rsidRPr="00752989">
              <w:rPr>
                <w:sz w:val="18"/>
                <w:lang w:val="it-IT"/>
              </w:rPr>
              <w:t xml:space="preserve">In caso di convivenza: anno di inizio della convivenza </w:t>
            </w:r>
          </w:p>
        </w:tc>
      </w:tr>
      <w:tr w:rsidR="007759F3" w:rsidRPr="00752989" w14:paraId="2B36E637" w14:textId="77777777">
        <w:trPr>
          <w:trHeight w:val="397"/>
          <w:jc w:val="center"/>
        </w:trPr>
        <w:tc>
          <w:tcPr>
            <w:tcW w:w="10942" w:type="dxa"/>
            <w:gridSpan w:val="2"/>
            <w:tcBorders>
              <w:top w:val="single" w:sz="8" w:space="0" w:color="1F4E8C"/>
              <w:left w:val="single" w:sz="8" w:space="0" w:color="1F4E8C"/>
              <w:bottom w:val="single" w:sz="8" w:space="0" w:color="1F4E8C"/>
              <w:right w:val="single" w:sz="8" w:space="0" w:color="1F4E8C"/>
            </w:tcBorders>
          </w:tcPr>
          <w:p w14:paraId="083CE867" w14:textId="77777777" w:rsidR="007759F3" w:rsidRPr="00752989" w:rsidRDefault="007759F3">
            <w:pPr>
              <w:rPr>
                <w:lang w:val="it-IT"/>
              </w:rPr>
            </w:pPr>
          </w:p>
          <w:p w14:paraId="23AC7CA7" w14:textId="77777777" w:rsidR="007759F3" w:rsidRPr="00752989" w:rsidRDefault="00237F94">
            <w:pPr>
              <w:spacing w:after="0"/>
              <w:rPr>
                <w:lang w:val="it-IT"/>
              </w:rPr>
            </w:pPr>
            <w:r w:rsidRPr="00752989">
              <w:rPr>
                <w:sz w:val="18"/>
                <w:lang w:val="it-IT"/>
              </w:rPr>
              <w:t xml:space="preserve">Avete figli?   ☐ Sì   ☐ No      Se sì, quanti? </w:t>
            </w:r>
          </w:p>
        </w:tc>
      </w:tr>
      <w:tr w:rsidR="007759F3" w:rsidRPr="00752989" w14:paraId="0921192F" w14:textId="77777777">
        <w:trPr>
          <w:trHeight w:val="397"/>
          <w:jc w:val="center"/>
        </w:trPr>
        <w:tc>
          <w:tcPr>
            <w:tcW w:w="10942" w:type="dxa"/>
            <w:gridSpan w:val="2"/>
            <w:tcBorders>
              <w:top w:val="single" w:sz="8" w:space="0" w:color="1F4E8C"/>
              <w:left w:val="single" w:sz="8" w:space="0" w:color="1F4E8C"/>
              <w:bottom w:val="single" w:sz="8" w:space="0" w:color="1F4E8C"/>
              <w:right w:val="single" w:sz="8" w:space="0" w:color="1F4E8C"/>
            </w:tcBorders>
          </w:tcPr>
          <w:p w14:paraId="742A93C2" w14:textId="77777777" w:rsidR="007759F3" w:rsidRPr="00752989" w:rsidRDefault="007759F3">
            <w:pPr>
              <w:rPr>
                <w:lang w:val="it-IT"/>
              </w:rPr>
            </w:pPr>
          </w:p>
          <w:p w14:paraId="20737A21" w14:textId="77777777" w:rsidR="007759F3" w:rsidRPr="00752989" w:rsidRDefault="00237F94">
            <w:pPr>
              <w:spacing w:after="0"/>
              <w:rPr>
                <w:lang w:val="it-IT"/>
              </w:rPr>
            </w:pPr>
            <w:r w:rsidRPr="00752989">
              <w:rPr>
                <w:sz w:val="18"/>
                <w:lang w:val="it-IT"/>
              </w:rPr>
              <w:t xml:space="preserve">In caso di scelta già presa: ci sposeremo nella chiesa di </w:t>
            </w:r>
          </w:p>
        </w:tc>
      </w:tr>
      <w:tr w:rsidR="007759F3" w14:paraId="1C61042C" w14:textId="77777777">
        <w:trPr>
          <w:trHeight w:val="397"/>
          <w:jc w:val="center"/>
        </w:trPr>
        <w:tc>
          <w:tcPr>
            <w:tcW w:w="10942" w:type="dxa"/>
            <w:gridSpan w:val="2"/>
            <w:tcBorders>
              <w:top w:val="single" w:sz="8" w:space="0" w:color="1F4E8C"/>
              <w:left w:val="single" w:sz="8" w:space="0" w:color="1F4E8C"/>
              <w:bottom w:val="single" w:sz="8" w:space="0" w:color="1F4E8C"/>
              <w:right w:val="single" w:sz="8" w:space="0" w:color="1F4E8C"/>
            </w:tcBorders>
          </w:tcPr>
          <w:p w14:paraId="55CFE7B4" w14:textId="77777777" w:rsidR="007759F3" w:rsidRPr="00752989" w:rsidRDefault="007759F3">
            <w:pPr>
              <w:rPr>
                <w:lang w:val="it-IT"/>
              </w:rPr>
            </w:pPr>
          </w:p>
          <w:p w14:paraId="23F8D71C" w14:textId="77777777" w:rsidR="007759F3" w:rsidRDefault="00237F94">
            <w:pPr>
              <w:spacing w:after="0"/>
            </w:pPr>
            <w:r>
              <w:rPr>
                <w:sz w:val="18"/>
              </w:rPr>
              <w:t>in data ____ / ____ / ____________              alle ore _____________________________________</w:t>
            </w:r>
          </w:p>
        </w:tc>
      </w:tr>
      <w:tr w:rsidR="007759F3" w:rsidRPr="00752989" w14:paraId="413DBF4A" w14:textId="77777777">
        <w:trPr>
          <w:jc w:val="center"/>
        </w:trPr>
        <w:tc>
          <w:tcPr>
            <w:tcW w:w="10942" w:type="dxa"/>
            <w:gridSpan w:val="2"/>
            <w:tcBorders>
              <w:top w:val="single" w:sz="8" w:space="0" w:color="1F4E8C"/>
              <w:left w:val="single" w:sz="8" w:space="0" w:color="1F4E8C"/>
              <w:bottom w:val="single" w:sz="8" w:space="0" w:color="1F4E8C"/>
              <w:right w:val="single" w:sz="8" w:space="0" w:color="1F4E8C"/>
            </w:tcBorders>
          </w:tcPr>
          <w:p w14:paraId="50E9CBE6" w14:textId="77777777" w:rsidR="007759F3" w:rsidRPr="00752989" w:rsidRDefault="007759F3">
            <w:pPr>
              <w:rPr>
                <w:lang w:val="it-IT"/>
              </w:rPr>
            </w:pPr>
          </w:p>
          <w:p w14:paraId="34400E12" w14:textId="77777777" w:rsidR="007759F3" w:rsidRPr="00752989" w:rsidRDefault="00237F94">
            <w:pPr>
              <w:spacing w:before="20" w:after="20"/>
              <w:jc w:val="center"/>
              <w:rPr>
                <w:lang w:val="it-IT"/>
              </w:rPr>
            </w:pPr>
            <w:r w:rsidRPr="00752989">
              <w:rPr>
                <w:sz w:val="18"/>
                <w:lang w:val="it-IT"/>
              </w:rPr>
              <w:t>Noi sottoscritti chiediamo di frequentare il corso in preparazione al Sacramento del Matrimonio organizzato dalla Parrocchia di Pontoglio secondo il programma che ci è stato consegnato.</w:t>
            </w:r>
          </w:p>
          <w:p w14:paraId="1868A860" w14:textId="77777777" w:rsidR="007759F3" w:rsidRPr="00752989" w:rsidRDefault="00237F94">
            <w:pPr>
              <w:spacing w:after="0"/>
              <w:jc w:val="both"/>
              <w:rPr>
                <w:lang w:val="it-IT"/>
              </w:rPr>
            </w:pPr>
            <w:r w:rsidRPr="00752989">
              <w:rPr>
                <w:sz w:val="17"/>
                <w:lang w:val="it-IT"/>
              </w:rPr>
              <w:t>Ai sensi degli artt. 13 e 14 del Regolamento UE 2016/679 (GDPR), prestiamo il consenso al trattamento dei dati personali per le finalità connesse alla partecipazione al corso e alle attività pastorali della Parrocchia.</w:t>
            </w:r>
          </w:p>
          <w:p w14:paraId="02102A91" w14:textId="77777777" w:rsidR="007759F3" w:rsidRPr="00752989" w:rsidRDefault="00237F94">
            <w:pPr>
              <w:spacing w:before="20" w:after="20"/>
              <w:jc w:val="center"/>
              <w:rPr>
                <w:lang w:val="it-IT"/>
              </w:rPr>
            </w:pPr>
            <w:r w:rsidRPr="00752989">
              <w:rPr>
                <w:b/>
                <w:sz w:val="17"/>
                <w:lang w:val="it-IT"/>
              </w:rPr>
              <w:t>L’informativa completa è disponibile presso la Segreteria Parrocchiale.</w:t>
            </w:r>
          </w:p>
        </w:tc>
      </w:tr>
      <w:tr w:rsidR="007759F3" w14:paraId="24187A65" w14:textId="77777777">
        <w:trPr>
          <w:trHeight w:val="369"/>
          <w:jc w:val="center"/>
        </w:trPr>
        <w:tc>
          <w:tcPr>
            <w:tcW w:w="5471" w:type="dxa"/>
            <w:tcBorders>
              <w:top w:val="single" w:sz="8" w:space="0" w:color="1F4E8C"/>
              <w:left w:val="single" w:sz="8" w:space="0" w:color="1F4E8C"/>
              <w:bottom w:val="single" w:sz="8" w:space="0" w:color="1F4E8C"/>
              <w:right w:val="single" w:sz="8" w:space="0" w:color="1F4E8C"/>
            </w:tcBorders>
          </w:tcPr>
          <w:p w14:paraId="78E03FB7" w14:textId="77777777" w:rsidR="007759F3" w:rsidRPr="00752989" w:rsidRDefault="007759F3">
            <w:pPr>
              <w:rPr>
                <w:lang w:val="it-IT"/>
              </w:rPr>
            </w:pPr>
          </w:p>
          <w:p w14:paraId="4DF94B69" w14:textId="77777777" w:rsidR="007759F3" w:rsidRDefault="00237F94">
            <w:pPr>
              <w:spacing w:after="0"/>
              <w:jc w:val="center"/>
            </w:pPr>
            <w:proofErr w:type="spellStart"/>
            <w:r>
              <w:rPr>
                <w:b/>
                <w:sz w:val="20"/>
              </w:rPr>
              <w:t>Firma</w:t>
            </w:r>
            <w:proofErr w:type="spellEnd"/>
            <w:r>
              <w:rPr>
                <w:b/>
                <w:sz w:val="20"/>
              </w:rPr>
              <w:t xml:space="preserve"> del </w:t>
            </w:r>
            <w:proofErr w:type="spellStart"/>
            <w:r>
              <w:rPr>
                <w:b/>
                <w:sz w:val="20"/>
              </w:rPr>
              <w:t>fidanzato</w:t>
            </w:r>
            <w:proofErr w:type="spellEnd"/>
          </w:p>
        </w:tc>
        <w:tc>
          <w:tcPr>
            <w:tcW w:w="5471" w:type="dxa"/>
            <w:tcBorders>
              <w:top w:val="single" w:sz="8" w:space="0" w:color="1F4E8C"/>
              <w:left w:val="single" w:sz="8" w:space="0" w:color="1F4E8C"/>
              <w:bottom w:val="single" w:sz="8" w:space="0" w:color="1F4E8C"/>
              <w:right w:val="single" w:sz="8" w:space="0" w:color="1F4E8C"/>
            </w:tcBorders>
          </w:tcPr>
          <w:p w14:paraId="6FCEE5C4" w14:textId="77777777" w:rsidR="007759F3" w:rsidRDefault="007759F3"/>
          <w:p w14:paraId="6F517C3F" w14:textId="77777777" w:rsidR="007759F3" w:rsidRDefault="00237F94">
            <w:pPr>
              <w:spacing w:after="0"/>
              <w:jc w:val="center"/>
            </w:pPr>
            <w:r>
              <w:rPr>
                <w:b/>
                <w:sz w:val="20"/>
              </w:rPr>
              <w:t>Firma della fidanzata</w:t>
            </w:r>
          </w:p>
        </w:tc>
      </w:tr>
      <w:tr w:rsidR="007759F3" w14:paraId="78C61608" w14:textId="77777777">
        <w:trPr>
          <w:trHeight w:val="510"/>
          <w:jc w:val="center"/>
        </w:trPr>
        <w:tc>
          <w:tcPr>
            <w:tcW w:w="5471" w:type="dxa"/>
            <w:tcBorders>
              <w:top w:val="single" w:sz="8" w:space="0" w:color="1F4E8C"/>
              <w:left w:val="single" w:sz="8" w:space="0" w:color="1F4E8C"/>
              <w:bottom w:val="single" w:sz="8" w:space="0" w:color="1F4E8C"/>
              <w:right w:val="single" w:sz="8" w:space="0" w:color="1F4E8C"/>
            </w:tcBorders>
          </w:tcPr>
          <w:p w14:paraId="5A1C31C2" w14:textId="77777777" w:rsidR="007759F3" w:rsidRDefault="007759F3"/>
          <w:p w14:paraId="06ADBABE" w14:textId="77777777" w:rsidR="007759F3" w:rsidRDefault="00237F94">
            <w:pPr>
              <w:spacing w:after="0"/>
              <w:jc w:val="center"/>
            </w:pPr>
            <w:r>
              <w:rPr>
                <w:sz w:val="20"/>
              </w:rPr>
              <w:t>___________________________________________</w:t>
            </w:r>
          </w:p>
        </w:tc>
        <w:tc>
          <w:tcPr>
            <w:tcW w:w="5471" w:type="dxa"/>
            <w:tcBorders>
              <w:top w:val="single" w:sz="8" w:space="0" w:color="1F4E8C"/>
              <w:left w:val="single" w:sz="8" w:space="0" w:color="1F4E8C"/>
              <w:bottom w:val="single" w:sz="8" w:space="0" w:color="1F4E8C"/>
              <w:right w:val="single" w:sz="8" w:space="0" w:color="1F4E8C"/>
            </w:tcBorders>
          </w:tcPr>
          <w:p w14:paraId="51E1C7A4" w14:textId="77777777" w:rsidR="007759F3" w:rsidRDefault="007759F3"/>
          <w:p w14:paraId="5DB4B665" w14:textId="77777777" w:rsidR="007759F3" w:rsidRDefault="00237F94">
            <w:pPr>
              <w:spacing w:after="0"/>
              <w:jc w:val="center"/>
            </w:pPr>
            <w:r>
              <w:rPr>
                <w:sz w:val="20"/>
              </w:rPr>
              <w:t>___________________________________________</w:t>
            </w:r>
          </w:p>
        </w:tc>
      </w:tr>
    </w:tbl>
    <w:p w14:paraId="62482CD6" w14:textId="77777777" w:rsidR="00237F94" w:rsidRDefault="00237F94" w:rsidP="006B526C"/>
    <w:sectPr w:rsidR="00237F94" w:rsidSect="00034616">
      <w:pgSz w:w="11906" w:h="16838"/>
      <w:pgMar w:top="454" w:right="482" w:bottom="454" w:left="4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HelveticaNeue">
    <w:altName w:val="Arial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5325834">
    <w:abstractNumId w:val="8"/>
  </w:num>
  <w:num w:numId="2" w16cid:durableId="777602333">
    <w:abstractNumId w:val="6"/>
  </w:num>
  <w:num w:numId="3" w16cid:durableId="1696424457">
    <w:abstractNumId w:val="5"/>
  </w:num>
  <w:num w:numId="4" w16cid:durableId="1718116626">
    <w:abstractNumId w:val="4"/>
  </w:num>
  <w:num w:numId="5" w16cid:durableId="1181041825">
    <w:abstractNumId w:val="7"/>
  </w:num>
  <w:num w:numId="6" w16cid:durableId="1262254265">
    <w:abstractNumId w:val="3"/>
  </w:num>
  <w:num w:numId="7" w16cid:durableId="410086376">
    <w:abstractNumId w:val="2"/>
  </w:num>
  <w:num w:numId="8" w16cid:durableId="1419519457">
    <w:abstractNumId w:val="1"/>
  </w:num>
  <w:num w:numId="9" w16cid:durableId="929317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37F94"/>
    <w:rsid w:val="0029639D"/>
    <w:rsid w:val="00326F90"/>
    <w:rsid w:val="004E1D6B"/>
    <w:rsid w:val="00525A7F"/>
    <w:rsid w:val="006B526C"/>
    <w:rsid w:val="00752989"/>
    <w:rsid w:val="007759F3"/>
    <w:rsid w:val="008819F8"/>
    <w:rsid w:val="00951418"/>
    <w:rsid w:val="009E54D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C6BAE1"/>
  <w14:defaultImageDpi w14:val="300"/>
  <w15:docId w15:val="{C5A1688B-901A-444E-8756-8B640663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Calibri" w:eastAsia="Calibri" w:hAnsi="Calibri"/>
      <w:sz w:val="19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58AADBB-C050-4C54-A40E-29810AA22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Andrea Ferrari</cp:lastModifiedBy>
  <cp:revision>4</cp:revision>
  <cp:lastPrinted>2026-08-15T14:46:00Z</cp:lastPrinted>
  <dcterms:created xsi:type="dcterms:W3CDTF">2026-08-15T14:44:00Z</dcterms:created>
  <dcterms:modified xsi:type="dcterms:W3CDTF">2026-08-15T14:46:00Z</dcterms:modified>
  <cp:category/>
</cp:coreProperties>
</file>